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MANDATO SEPA – ORDEN DE DOMICILIACIÓN</w:t>
      </w:r>
    </w:p>
    <w:p>
      <w:r>
        <w:t>Referencia del mandato (RUM): ________________________________</w:t>
      </w:r>
    </w:p>
    <w:p>
      <w:pPr>
        <w:pStyle w:val="Heading2"/>
      </w:pPr>
      <w:r>
        <w:t>1. Acreedor</w:t>
      </w:r>
    </w:p>
    <w:p>
      <w:r>
        <w:t>Nombre del acreedor: GLOBAL HEALTH ESPAÑA DIGITAL, S.L.</w:t>
      </w:r>
    </w:p>
    <w:p>
      <w:r>
        <w:t>Identificador del acreedor: B24745705</w:t>
      </w:r>
    </w:p>
    <w:p>
      <w:r>
        <w:t>Dirección: Avda. De Los Toreros, 45, 28978 Cubas De La Sagra (Madrid)</w:t>
      </w:r>
    </w:p>
    <w:p>
      <w:pPr>
        <w:pStyle w:val="Heading2"/>
      </w:pPr>
      <w:r>
        <w:t>2. Deudor</w:t>
      </w:r>
    </w:p>
    <w:p>
      <w:r>
        <w:t>Nombre o Razón social: _____________________________________</w:t>
      </w:r>
    </w:p>
    <w:p>
      <w:r>
        <w:t>Dirección: ________________________________________________</w:t>
      </w:r>
    </w:p>
    <w:p>
      <w:r>
        <w:t>Código Postal y Ciudad: ____________________________________</w:t>
      </w:r>
    </w:p>
    <w:p>
      <w:r>
        <w:t>País: ______________________________________________________</w:t>
      </w:r>
    </w:p>
    <w:p>
      <w:r>
        <w:t>IBAN: _____________________________________________________</w:t>
      </w:r>
    </w:p>
    <w:p>
      <w:r>
        <w:t>BIC/SWIFT: _______________________________________________</w:t>
      </w:r>
    </w:p>
    <w:p>
      <w:pPr>
        <w:pStyle w:val="Heading2"/>
      </w:pPr>
      <w:r>
        <w:t>3. Autorización del Deudor</w:t>
      </w:r>
    </w:p>
    <w:p>
      <w:r>
        <w:t>Mediante la firma de esta orden de domiciliación, el deudor autoriza a (A) GLOBAL HEALTH ESPAÑA DIGITAL, S.L. a enviar órdenes de adeudo a su entidad bancaria y a (B) su entidad bancaria a adeudar en su cuenta los recibos emitidos por GLOBAL HEALTH ESPAÑA DIGITAL, S.L.</w:t>
      </w:r>
    </w:p>
    <w:p>
      <w:r>
        <w:t>Esta autorización se concede exclusivamente para la cuota mensual de suscripción al Programa de Colaboradores.</w:t>
      </w:r>
    </w:p>
    <w:p>
      <w:pPr>
        <w:pStyle w:val="Heading2"/>
      </w:pPr>
      <w:r>
        <w:t>4. Datos de firma</w:t>
      </w:r>
    </w:p>
    <w:p>
      <w:r>
        <w:t>Localidad y fecha: _________________________________________</w:t>
      </w:r>
    </w:p>
    <w:p>
      <w:r>
        <w:t>Firma del Deudor: _________________________________________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463040" cy="9753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 Corporativo BL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3040" cy="97536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